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0"/>
        </w:rPr>
        <w:t>MEETING AGENDA TEMPLATE PACK</w:t>
      </w:r>
    </w:p>
    <w:p>
      <w:pPr>
        <w:jc w:val="center"/>
      </w:pPr>
      <w:r>
        <w:rPr>
          <w:sz w:val="24"/>
        </w:rPr>
        <w:t>Blank template + filled example + team, staff, project, sales, and client agendas</w:t>
      </w:r>
    </w:p>
    <w:p>
      <w:pPr>
        <w:jc w:val="center"/>
      </w:pPr>
      <w:r>
        <w:rPr>
          <w:i/>
        </w:rPr>
        <w:t>Free copy-ready resource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7F7F8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t>Use this pack before a meeting. Define the objective first, then give each agenda item a purpose, owner, and time box. Remove sections that do not apply. Do not invent owners, deadlines, decisions, or client commitments.</w:t>
            </w:r>
          </w:p>
        </w:tc>
      </w:tr>
    </w:tbl>
    <w:p/>
    <w:p>
      <w:pPr>
        <w:pStyle w:val="Heading2"/>
      </w:pPr>
      <w:r>
        <w:t>Included</w:t>
      </w:r>
    </w:p>
    <w:p>
      <w:pPr>
        <w:pStyle w:val="ListBullet"/>
      </w:pPr>
      <w:r>
        <w:t>Master blank meeting agenda template</w:t>
      </w:r>
    </w:p>
    <w:p>
      <w:pPr>
        <w:pStyle w:val="ListBullet"/>
      </w:pPr>
      <w:r>
        <w:t>Filled 45-minute project launch example</w:t>
      </w:r>
    </w:p>
    <w:p>
      <w:pPr>
        <w:pStyle w:val="ListBullet"/>
      </w:pPr>
      <w:r>
        <w:t>Weekly team meeting agenda</w:t>
      </w:r>
    </w:p>
    <w:p>
      <w:pPr>
        <w:pStyle w:val="ListBullet"/>
      </w:pPr>
      <w:r>
        <w:t>Staff meeting agenda</w:t>
      </w:r>
    </w:p>
    <w:p>
      <w:pPr>
        <w:pStyle w:val="ListBullet"/>
      </w:pPr>
      <w:r>
        <w:t>Project meeting agenda</w:t>
      </w:r>
    </w:p>
    <w:p>
      <w:pPr>
        <w:pStyle w:val="ListBullet"/>
      </w:pPr>
      <w:r>
        <w:t>Sales meeting agenda</w:t>
      </w:r>
    </w:p>
    <w:p>
      <w:pPr>
        <w:pStyle w:val="ListBullet"/>
      </w:pPr>
      <w:r>
        <w:t>Client meeting agenda</w:t>
      </w:r>
    </w:p>
    <w:p>
      <w:pPr>
        <w:pStyle w:val="ListBullet"/>
      </w:pPr>
      <w:r>
        <w:t>Quick agenda-format checklist</w:t>
      </w:r>
    </w:p>
    <w:p>
      <w:r>
        <w:br w:type="page"/>
      </w:r>
    </w:p>
    <w:p>
      <w:pPr>
        <w:pStyle w:val="Heading2"/>
      </w:pPr>
      <w:r>
        <w:t>1. Master Blank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[What should be true or decided when the meeting ends?]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[Pre-read, data, document, or task attendees should complete]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[Topic / decision / question]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 / Discuss / 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[X min]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[Topic / decision / question]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 / Discuss / 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[X min]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[Topic / decision / question]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 / Discuss / 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[X min]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[Decision or approval needed]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[Action] - [Owner] - [Due date]</w:t>
      </w:r>
    </w:p>
    <w:p>
      <w:r>
        <w:rPr>
          <w:b/>
        </w:rPr>
        <w:t xml:space="preserve">Next checkpoint: </w:t>
      </w:r>
      <w:r>
        <w:t>[Date / trigger / follow-up meeting]</w:t>
      </w:r>
    </w:p>
    <w:p/>
    <w:p>
      <w:r>
        <w:br w:type="page"/>
      </w:r>
    </w:p>
    <w:p>
      <w:pPr>
        <w:pStyle w:val="Heading2"/>
      </w:pPr>
      <w:r>
        <w:t>2. Filled Example - 45-Minute Project Launch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Confirm the October 20 launch date, resolve two open blockers, and assign owners for launch-day tasks.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Review launch readiness dashboard; product owner posts final QA status by 9:00 AM.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Readiness snapshot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Maya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Checkout bug and QA risk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Jordan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Final launch-date decision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Maya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Sales enablement gaps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Priya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8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Support coverage and escalation owner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Luis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7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Decisions and action recap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Maya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Confirm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Keep or move the October 20 launch date.</w:t>
      </w:r>
    </w:p>
    <w:p>
      <w:pPr>
        <w:pStyle w:val="ListBullet"/>
      </w:pPr>
      <w:r>
        <w:t>Confirm launch-day escalation owner.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Jordan - close checkout bug or publish mitigation plan - Oct. 9</w:t>
      </w:r>
    </w:p>
    <w:p>
      <w:pPr>
        <w:pStyle w:val="ListBullet"/>
      </w:pPr>
      <w:r>
        <w:t>Priya - deliver final sales FAQ - Oct. 12</w:t>
      </w:r>
    </w:p>
    <w:p>
      <w:pPr>
        <w:pStyle w:val="ListBullet"/>
      </w:pPr>
      <w:r>
        <w:t>Luis - publish support escalation rota - Oct. 12</w:t>
      </w:r>
    </w:p>
    <w:p>
      <w:r>
        <w:rPr>
          <w:b/>
        </w:rPr>
        <w:t xml:space="preserve">Next checkpoint: </w:t>
      </w:r>
      <w:r>
        <w:t>Launch readiness review on October 13.</w:t>
      </w:r>
    </w:p>
    <w:p/>
    <w:p>
      <w:r>
        <w:br w:type="page"/>
      </w:r>
    </w:p>
    <w:p>
      <w:pPr>
        <w:pStyle w:val="Heading2"/>
      </w:pPr>
      <w:r>
        <w:t>3. Weekly Team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Align on priorities, blockers, and decisions for the week.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Review previous actions and current weekly metrics.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Wins and important updates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Review open actions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Metrics / progress that changed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Blockers requiring team input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Priorities for this week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Decisions and action recap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[Facilitator]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Confirm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[Add only decisions that must be made in this meeting]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[Action] - [Owner] - [Due date]</w:t>
      </w:r>
    </w:p>
    <w:p>
      <w:r>
        <w:rPr>
          <w:b/>
        </w:rPr>
        <w:t xml:space="preserve">Next checkpoint: </w:t>
      </w:r>
      <w:r>
        <w:t>[Next date or trigger]</w:t>
      </w:r>
    </w:p>
    <w:p/>
    <w:p>
      <w:r>
        <w:br w:type="page"/>
      </w:r>
    </w:p>
    <w:p>
      <w:pPr>
        <w:pStyle w:val="Heading2"/>
      </w:pPr>
      <w:r>
        <w:t>4. Staff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Share operational updates, address staff issues, and confirm upcoming responsibilities.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Bring any required policy, staffing, or training material.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Welcome / announcements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[Facilitator]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Administrative and housekeeping updates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Policy, compliance, or training item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Department / staffing updates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Upcoming dates and deadlines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Staff questions and actions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[Facilitator]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[Add only decisions that must be made in this meeting]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[Action] - [Owner] - [Due date]</w:t>
      </w:r>
    </w:p>
    <w:p>
      <w:r>
        <w:rPr>
          <w:b/>
        </w:rPr>
        <w:t xml:space="preserve">Next checkpoint: </w:t>
      </w:r>
      <w:r>
        <w:t>[Next date or trigger]</w:t>
      </w:r>
    </w:p>
    <w:p/>
    <w:p>
      <w:r>
        <w:br w:type="page"/>
      </w:r>
    </w:p>
    <w:p>
      <w:pPr>
        <w:pStyle w:val="Heading2"/>
      </w:pPr>
      <w:r>
        <w:t>5. Project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Confirm current status, resolve risks, and agree on the next project actions.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Update milestone status, risks, and dependencies before the meeting.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Milestone / status review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Changes since the last meeting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Risks and blockers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Dependencies requiring coordination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8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Decisions / approvals needed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[Decision 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Upcoming work and owners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[Facilitator]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Confirm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7 min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[Add only decisions that must be made in this meeting]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[Action] - [Owner] - [Due date]</w:t>
      </w:r>
    </w:p>
    <w:p>
      <w:r>
        <w:rPr>
          <w:b/>
        </w:rPr>
        <w:t xml:space="preserve">Next checkpoint: </w:t>
      </w:r>
      <w:r>
        <w:t>[Next date or trigger]</w:t>
      </w:r>
    </w:p>
    <w:p/>
    <w:p>
      <w:r>
        <w:br w:type="page"/>
      </w:r>
    </w:p>
    <w:p>
      <w:pPr>
        <w:pStyle w:val="Heading2"/>
      </w:pPr>
      <w:r>
        <w:t>6. Sales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Identify deal movement, resolve priority blockers, and confirm next actions.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Update priority opportunities and buyer evidence before the meeting.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Pipeline snapshot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Priority opportunities that changed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Deal blockers / objections requiring help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Forecast changes and evidence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8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Customer commitments / next meetings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Confirm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7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Actions and owners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[Facilitator]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Confirm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[Add only decisions that must be made in this meeting]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[Action] - [Owner] - [Due date]</w:t>
      </w:r>
    </w:p>
    <w:p>
      <w:r>
        <w:rPr>
          <w:b/>
        </w:rPr>
        <w:t xml:space="preserve">Next checkpoint: </w:t>
      </w:r>
      <w:r>
        <w:t>[Next date or trigger]</w:t>
      </w:r>
    </w:p>
    <w:p/>
    <w:p>
      <w:r>
        <w:br w:type="page"/>
      </w:r>
    </w:p>
    <w:p>
      <w:pPr>
        <w:pStyle w:val="Heading2"/>
      </w:pPr>
      <w:r>
        <w:t>7. Client Meeting Agenda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Objective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Align on the client priority, resolve open questions, and confirm mutual commitments.</w:t>
            </w:r>
          </w:p>
        </w:tc>
      </w:tr>
      <w:tr>
        <w:tc>
          <w:tcPr>
            <w:tcW w:type="dxa" w:w="5112"/>
            <w:shd w:fill="F2F3F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b/>
              </w:rPr>
              <w:t>Preparation</w:t>
            </w:r>
          </w:p>
        </w:tc>
        <w:tc>
          <w:tcPr>
            <w:tcW w:type="dxa" w:w="51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Send required documents and questions before the meeting.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Agenda item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2556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rPr>
                <w:b/>
              </w:rPr>
              <w:t>Time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Context since the last meeting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5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Client priorities / desired outcome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[Client / 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Progress, results, or deliverables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Inform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Open questions and decisions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[Decision owners]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Decide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10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Risks, concerns, or dependencies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[Owners]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Discuss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8 min</w:t>
            </w:r>
          </w:p>
        </w:tc>
      </w:tr>
      <w:tr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Mutual commitments and next checkpoint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[Facilitator]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Confirm</w:t>
            </w:r>
          </w:p>
        </w:tc>
        <w:tc>
          <w:tcPr>
            <w:tcW w:type="dxa" w:w="2556"/>
            <w:tcMar>
              <w:top w:w="80" w:type="dxa"/>
              <w:start w:w="90" w:type="dxa"/>
              <w:bottom w:w="80" w:type="dxa"/>
              <w:end w:w="90" w:type="dxa"/>
            </w:tcMar>
            <w:vAlign w:val="top"/>
          </w:tcPr>
          <w:p>
            <w:r>
              <w:t>7 min</w:t>
            </w:r>
          </w:p>
        </w:tc>
      </w:tr>
    </w:tbl>
    <w:p/>
    <w:p>
      <w:pPr>
        <w:pStyle w:val="Heading3"/>
      </w:pPr>
      <w:r>
        <w:t>Decisions to make</w:t>
      </w:r>
    </w:p>
    <w:p>
      <w:pPr>
        <w:pStyle w:val="ListBullet"/>
      </w:pPr>
      <w:r>
        <w:t>[Add only decisions that must be made in this meeting]</w:t>
      </w:r>
    </w:p>
    <w:p>
      <w:pPr>
        <w:pStyle w:val="Heading3"/>
      </w:pPr>
      <w:r>
        <w:t>Actions and next steps</w:t>
      </w:r>
    </w:p>
    <w:p>
      <w:pPr>
        <w:pStyle w:val="ListBullet"/>
      </w:pPr>
      <w:r>
        <w:t>[Action] - [Owner] - [Due date]</w:t>
      </w:r>
    </w:p>
    <w:p>
      <w:r>
        <w:rPr>
          <w:b/>
        </w:rPr>
        <w:t xml:space="preserve">Next checkpoint: </w:t>
      </w:r>
      <w:r>
        <w:t>[Next date or trigger]</w:t>
      </w:r>
    </w:p>
    <w:p/>
    <w:p>
      <w:r>
        <w:br w:type="page"/>
      </w:r>
    </w:p>
    <w:p>
      <w:pPr>
        <w:pStyle w:val="Heading1"/>
      </w:pPr>
      <w:r>
        <w:t>8. Meeting Agenda Format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Field</w:t>
            </w:r>
          </w:p>
        </w:tc>
        <w:tc>
          <w:tcPr>
            <w:tcW w:type="dxa" w:w="3408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Purpose</w:t>
            </w:r>
          </w:p>
        </w:tc>
        <w:tc>
          <w:tcPr>
            <w:tcW w:type="dxa" w:w="3408"/>
            <w:shd w:fill="E7E9E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</w:rPr>
              <w:t>Prompt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Meeting title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Names the meeting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What meeting is this?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Objective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Defines the result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What should be true when it ends?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Attendees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Limits participation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Who must contribute or decide?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Agenda item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Names the topic/question/decision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What exactly needs attention?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Purpose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Labels Inform / Discuss / Decide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What must attendees do with this item?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Owner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Assigns responsibility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Who must prepare and lead it?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Time box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Protects total duration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How many minutes can this item use?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Preparation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Moves reading outside meeting time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What should attendees review first?</w:t>
            </w:r>
          </w:p>
        </w:tc>
      </w:tr>
      <w:tr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Output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Captures decisions/actions</w:t>
            </w:r>
          </w:p>
        </w:tc>
        <w:tc>
          <w:tcPr>
            <w:tcW w:type="dxa" w:w="340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What must leave the meeting?</w:t>
            </w:r>
          </w:p>
        </w:tc>
      </w:tr>
    </w:tbl>
    <w:p/>
    <w:p>
      <w:pPr>
        <w:pStyle w:val="Heading2"/>
      </w:pPr>
      <w:r>
        <w:t>Usage Note</w:t>
      </w:r>
    </w:p>
    <w:p>
      <w:r>
        <w:t>A meeting agenda is a working structure, not a script. Remove irrelevant sections. Use verified context. Do not invent owners, deadlines, decisions, or client commitments.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Meeting Agenda Template Pack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